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b/>
        </w:rPr>
        <w:t>Reporter</w:t>
      </w:r>
      <w:r>
        <w:t>:</w:t>
      </w:r>
      <w:r>
        <w:br/>
      </w:r>
      <w:r>
        <w:t>„The final call” sounds of: the hum of the motorway</w:t>
      </w:r>
    </w:p>
    <w:p>
      <w:pPr>
        <w:spacing w:after="200"/>
      </w:pPr>
      <w:r>
        <w:rPr>
          <w:b/>
        </w:rPr>
        <w:t>Reporter</w:t>
      </w:r>
      <w:r>
        <w:t>:</w:t>
      </w:r>
      <w:r>
        <w:br/>
      </w:r>
      <w:r>
        <w:t>These may have been the last sounds heard by Andrzej Puskarz, a volunteer firefighter from Balice. On the night of 26 September 2022, he set off on a call-out with his wife and friends. They all left as firefighters. sound of the car radio</w:t>
      </w:r>
    </w:p>
    <w:p>
      <w:pPr>
        <w:spacing w:after="200"/>
      </w:pPr>
      <w:r>
        <w:rPr>
          <w:b/>
        </w:rPr>
        <w:t>Reporter</w:t>
      </w:r>
      <w:r>
        <w:t>:</w:t>
      </w:r>
      <w:r>
        <w:br/>
      </w:r>
      <w:r>
        <w:t>I’m on my way to see Magdalena, Andrzej’s widow. I wonder if she’ll cancel our meeting at the last minute. We both know this is going to be a difficult conversation. sounds of: door slamming, entering the house</w:t>
      </w:r>
    </w:p>
    <w:p>
      <w:pPr>
        <w:spacing w:after="200"/>
      </w:pPr>
      <w:r>
        <w:rPr>
          <w:b/>
        </w:rPr>
        <w:t>Magdalena</w:t>
      </w:r>
      <w:r>
        <w:t>:</w:t>
      </w:r>
      <w:r>
        <w:br/>
      </w:r>
      <w:r>
        <w:t>Well, I’m Magda. Let’s drop the formalities.</w:t>
      </w:r>
    </w:p>
    <w:p>
      <w:pPr>
        <w:spacing w:after="200"/>
      </w:pPr>
      <w:r>
        <w:rPr>
          <w:b/>
        </w:rPr>
        <w:t>Magdalena</w:t>
      </w:r>
      <w:r>
        <w:t>:</w:t>
      </w:r>
      <w:r>
        <w:br/>
      </w:r>
      <w:r>
        <w:t>sound of a teaspoon</w:t>
      </w:r>
    </w:p>
    <w:p>
      <w:pPr>
        <w:spacing w:after="200"/>
      </w:pPr>
      <w:r>
        <w:rPr>
          <w:b/>
        </w:rPr>
        <w:t>Reporter</w:t>
      </w:r>
      <w:r>
        <w:t xml:space="preserve"> (00:59):</w:t>
      </w:r>
      <w:r>
        <w:br/>
      </w:r>
      <w:r>
        <w:t>It’s not yet time to ask about that night in September. I want to get to know Andrzej better. I’m listening to his loved ones.</w:t>
      </w:r>
    </w:p>
    <w:p>
      <w:pPr>
        <w:spacing w:after="200"/>
      </w:pPr>
      <w:r>
        <w:rPr>
          <w:b/>
        </w:rPr>
        <w:t>Reporter</w:t>
      </w:r>
      <w:r>
        <w:t>:</w:t>
      </w:r>
      <w:r>
        <w:br/>
      </w:r>
      <w:r>
        <w:t>Was Dad a postman?</w:t>
      </w:r>
    </w:p>
    <w:p>
      <w:pPr>
        <w:spacing w:after="200"/>
      </w:pPr>
      <w:r>
        <w:rPr>
          <w:b/>
        </w:rPr>
        <w:t>Julia</w:t>
      </w:r>
      <w:r>
        <w:t>:</w:t>
      </w:r>
      <w:r>
        <w:br/>
      </w:r>
      <w:r>
        <w:t>Yes, Dad was a postman, but he was a baker by trade. He always liked to help; if something happened to someone, he was always keen to lend a hand, so he was more drawn to the fire service. He’d rather have been a firefighter than a baker in the future. I suppose what everyone remembers most are Dad’s croissants. sound of a video on a mobile phone/laughter from children and parents</w:t>
      </w:r>
    </w:p>
    <w:p>
      <w:pPr>
        <w:spacing w:after="200"/>
      </w:pPr>
      <w:r>
        <w:rPr>
          <w:b/>
        </w:rPr>
        <w:t>Reporter</w:t>
      </w:r>
      <w:r>
        <w:t>:</w:t>
      </w:r>
      <w:r>
        <w:br/>
      </w:r>
      <w:r>
        <w:t>Oliwia is showing me a video on her mobile phone.</w:t>
      </w:r>
    </w:p>
    <w:p>
      <w:pPr>
        <w:spacing w:after="200"/>
      </w:pPr>
      <w:r>
        <w:rPr>
          <w:b/>
        </w:rPr>
        <w:t>Oliwia</w:t>
      </w:r>
      <w:r>
        <w:t>:</w:t>
      </w:r>
      <w:r>
        <w:br/>
      </w:r>
      <w:r>
        <w:t>We’re playing football outside in the summer.</w:t>
      </w:r>
    </w:p>
    <w:p>
      <w:pPr>
        <w:spacing w:after="200"/>
      </w:pPr>
      <w:r>
        <w:rPr>
          <w:b/>
        </w:rPr>
        <w:t>Reporter</w:t>
      </w:r>
      <w:r>
        <w:t>:</w:t>
      </w:r>
      <w:r>
        <w:br/>
      </w:r>
      <w:r>
        <w:t>It’s a warm summer’s day. The whole family is playing football. You can see that Andrzej had a very good rapport with the children.</w:t>
      </w:r>
    </w:p>
    <w:p>
      <w:pPr>
        <w:spacing w:after="200"/>
      </w:pPr>
      <w:r>
        <w:rPr>
          <w:b/>
        </w:rPr>
        <w:t>Magdalena</w:t>
      </w:r>
      <w:r>
        <w:t>:</w:t>
      </w:r>
      <w:r>
        <w:br/>
      </w:r>
      <w:r>
        <w:t>In our family, for example, I don’t know, there was never any swearing, one swearing at the other, or anyone saying anything nasty…</w:t>
      </w:r>
    </w:p>
    <w:p>
      <w:pPr>
        <w:spacing w:after="200"/>
      </w:pPr>
      <w:r>
        <w:rPr>
          <w:b/>
        </w:rPr>
        <w:t>Reporter</w:t>
      </w:r>
      <w:r>
        <w:t>:</w:t>
      </w:r>
      <w:r>
        <w:br/>
      </w:r>
      <w:r>
        <w:t>I laugh because he only ever called me ‘Magda’ once in his life. That’s when I really knew he was angry with me.  Otherwise, it was always ‘Madzia’— even when he was angry with me, it was always ‘Madzia, Madzia’. He was such a cuddly bear… I know they called him ‘Grizzly’ at work… I suppose it was because he was big and burly, he seemed so intimidating, I don’t know… Overall, I had a really lovely husband. [grunt]</w:t>
      </w:r>
    </w:p>
    <w:p>
      <w:pPr>
        <w:spacing w:after="200"/>
      </w:pPr>
      <w:r>
        <w:rPr>
          <w:b/>
        </w:rPr>
        <w:t>Reporter</w:t>
      </w:r>
      <w:r>
        <w:t>:</w:t>
      </w:r>
      <w:r>
        <w:br/>
      </w:r>
      <w:r>
        <w:t>How old was your husband when he died?</w:t>
      </w:r>
    </w:p>
    <w:p>
      <w:pPr>
        <w:spacing w:after="200"/>
      </w:pPr>
      <w:r>
        <w:rPr>
          <w:b/>
        </w:rPr>
        <w:t>Magdalena</w:t>
      </w:r>
      <w:r>
        <w:t>:</w:t>
      </w:r>
      <w:r>
        <w:br/>
      </w:r>
      <w:r>
        <w:t>It was around midnight when the call came. The phone rang. So the two of us just sat on the bed and looked at each other like that. And of course, we get up for work at four. My husband looked at me, smiled and said: ‘Come on, Madzia, let’s get ready.’ So we got ready. And I think I even went there in my pyjamas. [laughter] [grunt]</w:t>
      </w:r>
    </w:p>
    <w:p>
      <w:pPr>
        <w:spacing w:after="200"/>
      </w:pPr>
      <w:r>
        <w:rPr>
          <w:b/>
        </w:rPr>
        <w:t>Magdalena</w:t>
      </w:r>
      <w:r>
        <w:t>:</w:t>
      </w:r>
      <w:r>
        <w:br/>
      </w:r>
      <w:r>
        <w:t>A woman had hit a moose. And she was injured. Oh. That’s how it was, more or less…</w:t>
      </w:r>
    </w:p>
    <w:p>
      <w:pPr>
        <w:spacing w:after="200"/>
      </w:pPr>
      <w:r>
        <w:rPr>
          <w:b/>
        </w:rPr>
        <w:t>Reporter</w:t>
      </w:r>
      <w:r>
        <w:t>:</w:t>
      </w:r>
      <w:r>
        <w:br/>
      </w:r>
      <w:r>
        <w:t>sound of church bells</w:t>
        <w:br/>
        <w:br/>
        <w:br/>
        <w:t>Police officers, firefighters from the State Fire Service and members of the Balice Volunteer Fire Brigade were dispatched to the scene. They were the first to arrive.</w:t>
      </w:r>
    </w:p>
    <w:p>
      <w:pPr>
        <w:spacing w:after="200"/>
      </w:pPr>
      <w:r>
        <w:rPr>
          <w:b/>
        </w:rPr>
        <w:t>Reporter</w:t>
      </w:r>
      <w:r>
        <w:t xml:space="preserve"> (03:22):</w:t>
      </w:r>
      <w:r>
        <w:br/>
      </w:r>
      <w:r>
        <w:t>Well, I don’t really remember it all that clearly, but I do know that my colleagues went there and my husband and I were just putting out traffic cones… Well, and then, actually… well, unfortunately, it happened... All I noticed was that the car’s headlights were so blinding, and then apparently a colleague pulled me to the side to get out of the way… that the car was just heading straight for us… And then all I heard was the screech of tyres. Oh. I don’t know what happened next.</w:t>
      </w:r>
    </w:p>
    <w:p>
      <w:pPr>
        <w:spacing w:after="200"/>
      </w:pPr>
      <w:r>
        <w:rPr>
          <w:b/>
        </w:rPr>
        <w:t>Reporter</w:t>
      </w:r>
      <w:r>
        <w:t>:</w:t>
      </w:r>
      <w:r>
        <w:br/>
      </w:r>
      <w:r>
        <w:t>Gergu I. was driving a car that was overloaded by 2,620 kilograms – 3.5 times the permitted limit. Gergu I. failed to keep a proper watch on the road ahead. He did not maintain a safe distance from the car in front and was too late in deciding to brake. He collided with the rear of a Mazda car and then struck three firefighters on the hard shoulder. The court handed down its verdict in the case, finding the defendant guilty. It sentenced him to one year’s imprisonment, suspended for a probationary period of three years. sound of cars</w:t>
      </w:r>
    </w:p>
    <w:p>
      <w:pPr>
        <w:spacing w:after="200"/>
      </w:pPr>
      <w:r>
        <w:rPr>
          <w:b/>
        </w:rPr>
        <w:t>Reporter</w:t>
      </w:r>
      <w:r>
        <w:t>:</w:t>
      </w:r>
      <w:r>
        <w:br/>
      </w:r>
      <w:r>
        <w:t>The third firefighter, who was also hit, sustained minor injuries.</w:t>
      </w:r>
    </w:p>
    <w:p>
      <w:pPr>
        <w:spacing w:after="200"/>
      </w:pPr>
      <w:r>
        <w:rPr>
          <w:b/>
        </w:rPr>
        <w:t>Reporter</w:t>
      </w:r>
      <w:r>
        <w:t>:</w:t>
      </w:r>
      <w:r>
        <w:br/>
      </w:r>
      <w:r>
        <w:t>Magdalena</w:t>
        <w:br/>
        <w:t xml:space="preserve">And so I ended up in intensive care… Apparently my mum had got a call saying… that they should brace themselves for the worst… My mum came in with this psychologist. Well, once she’d introduced herself as a psychologist and said she had to tell me something… well, I could see where this was going… I remember right after the accident I started thinking, well, how am I going to cope, you know? I mean, I didn’t know yet that I’d be… in a wheelchair, did I…? </w:t>
        <w:br/>
        <w:br/>
        <w:t>music Yes, my son – I remember exactly when he first came to see me in hospital, he just started saying: ‘Mummy, I know where Daddy is. Daddy’s in heaven, because he was a good fireman and the angels called him there, because he was needed there, wasn’t he?’  Well, I was in shock; he was five at the time, wasn’t he? He was still such a little child, after all.</w:t>
      </w:r>
    </w:p>
    <w:p>
      <w:pPr>
        <w:spacing w:after="200"/>
      </w:pPr>
      <w:r>
        <w:rPr>
          <w:b/>
        </w:rPr>
        <w:t>Magdalena [to son]</w:t>
      </w:r>
      <w:r>
        <w:t>:</w:t>
      </w:r>
      <w:r>
        <w:br/>
      </w:r>
      <w:r>
        <w:t>What you should say?!</w:t>
      </w:r>
    </w:p>
    <w:p>
      <w:pPr>
        <w:spacing w:after="200"/>
      </w:pPr>
      <w:r>
        <w:rPr>
          <w:b/>
        </w:rPr>
        <w:t>Reporter</w:t>
      </w:r>
      <w:r>
        <w:t>:</w:t>
      </w:r>
      <w:r>
        <w:br/>
      </w:r>
      <w:r>
        <w:t>Good morning. Can I come in here with a microphone, into the kitchen?</w:t>
      </w:r>
    </w:p>
    <w:p>
      <w:pPr>
        <w:spacing w:after="200"/>
      </w:pPr>
      <w:r>
        <w:rPr>
          <w:b/>
        </w:rPr>
        <w:t>Krystian</w:t>
      </w:r>
      <w:r>
        <w:t xml:space="preserve"> (06:14):</w:t>
      </w:r>
      <w:r>
        <w:br/>
      </w:r>
      <w:r>
        <w:t>Would you like a sausage?</w:t>
      </w:r>
    </w:p>
    <w:p>
      <w:pPr>
        <w:spacing w:after="200"/>
      </w:pPr>
      <w:r>
        <w:rPr>
          <w:b/>
        </w:rPr>
        <w:t>Reporter</w:t>
      </w:r>
      <w:r>
        <w:t>:</w:t>
      </w:r>
      <w:r>
        <w:br/>
      </w:r>
      <w:r>
        <w:t>I suppose I’ll have a go. [smile] sound of a spoon</w:t>
      </w:r>
    </w:p>
    <w:p>
      <w:pPr>
        <w:spacing w:after="200"/>
      </w:pPr>
      <w:r>
        <w:rPr>
          <w:b/>
        </w:rPr>
        <w:t>Krystian</w:t>
      </w:r>
      <w:r>
        <w:t>:</w:t>
      </w:r>
      <w:r>
        <w:br/>
      </w:r>
      <w:r>
        <w:t>Would you like two? That leaves me with eight.</w:t>
      </w:r>
    </w:p>
    <w:p>
      <w:pPr>
        <w:spacing w:after="200"/>
      </w:pPr>
      <w:r>
        <w:rPr>
          <w:b/>
        </w:rPr>
        <w:t>Reporter</w:t>
      </w:r>
      <w:r>
        <w:t>:</w:t>
      </w:r>
      <w:r>
        <w:br/>
      </w:r>
      <w:r>
        <w:t>One sausage is enough!</w:t>
      </w:r>
    </w:p>
    <w:p>
      <w:pPr>
        <w:spacing w:after="200"/>
      </w:pPr>
      <w:r>
        <w:rPr>
          <w:b/>
        </w:rPr>
        <w:t>Reporter</w:t>
      </w:r>
      <w:r>
        <w:t>:</w:t>
      </w:r>
      <w:r>
        <w:br/>
      </w:r>
      <w:r>
        <w:t>So you eat as many as ten sausages for dinner?</w:t>
      </w:r>
    </w:p>
    <w:p>
      <w:pPr>
        <w:spacing w:after="200"/>
      </w:pPr>
      <w:r>
        <w:rPr>
          <w:b/>
        </w:rPr>
        <w:t>Magdalena</w:t>
      </w:r>
      <w:r>
        <w:t>:</w:t>
      </w:r>
      <w:r>
        <w:br/>
      </w:r>
      <w:r>
        <w:t>Oh my God. Krystian!</w:t>
      </w:r>
    </w:p>
    <w:p>
      <w:pPr>
        <w:spacing w:after="200"/>
      </w:pPr>
      <w:r>
        <w:rPr>
          <w:b/>
        </w:rPr>
        <w:t>Reporter</w:t>
      </w:r>
      <w:r>
        <w:t>:</w:t>
      </w:r>
      <w:r>
        <w:br/>
      </w:r>
      <w:r>
        <w:t>Listen, is it true that you go to the fire station too?</w:t>
      </w:r>
    </w:p>
    <w:p>
      <w:pPr>
        <w:spacing w:after="200"/>
      </w:pPr>
      <w:r>
        <w:rPr>
          <w:b/>
        </w:rPr>
        <w:t>Krystian</w:t>
      </w:r>
      <w:r>
        <w:t>:</w:t>
      </w:r>
      <w:r>
        <w:br/>
      </w:r>
      <w:r>
        <w:t>Yes, I help the firefighters. Reporter</w:t>
        <w:br/>
        <w:t>Co to jest?</w:t>
      </w:r>
    </w:p>
    <w:p>
      <w:pPr>
        <w:spacing w:after="200"/>
      </w:pPr>
      <w:r>
        <w:rPr>
          <w:b/>
        </w:rPr>
        <w:t>Krystian</w:t>
      </w:r>
      <w:r>
        <w:t>:</w:t>
      </w:r>
      <w:r>
        <w:br/>
      </w:r>
      <w:r>
        <w:t>Reporter</w:t>
        <w:br/>
        <w:t xml:space="preserve">What is it? </w:t>
        <w:br/>
        <w:br/>
        <w:t>Krystian</w:t>
      </w:r>
    </w:p>
    <w:p>
      <w:pPr>
        <w:spacing w:after="200"/>
      </w:pPr>
      <w:r>
        <w:rPr>
          <w:b/>
        </w:rPr>
        <w:t>Krystian</w:t>
      </w:r>
      <w:r>
        <w:t>:</w:t>
      </w:r>
      <w:r>
        <w:br/>
      </w:r>
      <w:r>
        <w:t>Yes, because if the firefighters were out on a call at night… it’s so a car doesn’t crash into them. sounds of fire brigade walkie-talkies</w:t>
        <w:br/>
        <w:t>Firefighter I’m acknowledging the report as per the text message.</w:t>
      </w:r>
    </w:p>
    <w:p>
      <w:pPr>
        <w:spacing w:after="200"/>
      </w:pPr>
      <w:r>
        <w:rPr>
          <w:b/>
        </w:rPr>
        <w:t>Reporter</w:t>
      </w:r>
      <w:r>
        <w:t>:</w:t>
      </w:r>
      <w:r>
        <w:br/>
      </w:r>
      <w:r>
        <w:t>Magdalena hasn’t lost touch with her colleagues from the Volunteer Fire Brigade. They drink coffee together, play cards. Her colleagues even helped her with the house renovation. A renovation that Andrzej didn’t manage to finish. sound of a fire brigade cabinet opening</w:t>
      </w:r>
    </w:p>
    <w:p>
      <w:pPr>
        <w:spacing w:after="200"/>
      </w:pPr>
      <w:r>
        <w:rPr>
          <w:b/>
        </w:rPr>
        <w:t>Reporter</w:t>
      </w:r>
      <w:r>
        <w:t>:</w:t>
      </w:r>
      <w:r>
        <w:br/>
      </w:r>
      <w:r>
        <w:t>On one of the walls I can see a photo of Andrzej. Next to it is the text of the eulogy from the funeral.</w:t>
      </w:r>
    </w:p>
    <w:p>
      <w:pPr>
        <w:spacing w:after="200"/>
      </w:pPr>
      <w:r>
        <w:rPr>
          <w:b/>
        </w:rPr>
        <w:t>Szymon</w:t>
      </w:r>
      <w:r>
        <w:t>:</w:t>
      </w:r>
      <w:r>
        <w:br/>
      </w:r>
      <w:r>
        <w:t>Andrzej, a baker by trade. A pastry chef by passion. A loving husband and father. But then came that Monday night... The alarm sounded, and as always, you reported for duty at the station. There had been an accident. Someone needed help, and you were ready to provide it. Yet that motorway… for some, a synonym for comfortable travel… for others, a cursed road. It took your life… And you kept your oath. Yet your sacrifice grew to the highest degree. the sound of shuffling playing cards</w:t>
      </w:r>
    </w:p>
    <w:p>
      <w:pPr>
        <w:spacing w:after="200"/>
      </w:pPr>
      <w:r>
        <w:rPr>
          <w:b/>
        </w:rPr>
        <w:t>Magdalena</w:t>
      </w:r>
      <w:r>
        <w:t>:</w:t>
      </w:r>
      <w:r>
        <w:br/>
      </w:r>
      <w:r>
        <w:t>I just remembered that I really wanted to go to that funeral too. I spoke to the nurses to see if they’d let me go. Well, of course they said that unfortunately it wouldn’t be possible. I asked if I could somehow arrange an ambulance… that I’d pay for it myself…  so they’d take me to the funeral by ambulance… But no. The lady said that I was… that I simply wouldn’t survive it if I just went… sound of toys and shuffling playing cards</w:t>
      </w:r>
    </w:p>
    <w:p>
      <w:pPr>
        <w:spacing w:after="200"/>
      </w:pPr>
      <w:r>
        <w:rPr>
          <w:b/>
        </w:rPr>
        <w:t>Krystian</w:t>
      </w:r>
      <w:r>
        <w:t>:</w:t>
      </w:r>
      <w:r>
        <w:br/>
      </w:r>
      <w:r>
        <w:t>Can there be fires in heaven?</w:t>
      </w:r>
    </w:p>
    <w:p>
      <w:pPr>
        <w:spacing w:after="200"/>
      </w:pPr>
      <w:r>
        <w:rPr>
          <w:b/>
        </w:rPr>
        <w:t>Reporter</w:t>
      </w:r>
      <w:r>
        <w:t>:</w:t>
      </w:r>
      <w:r>
        <w:br/>
      </w:r>
      <w:r>
        <w:t>I don’t know. I’d like to speak to your eldest daughter, Wiktoria. Is there a chance, or not?</w:t>
      </w:r>
    </w:p>
    <w:p>
      <w:pPr>
        <w:spacing w:after="200"/>
      </w:pPr>
      <w:r>
        <w:rPr>
          <w:b/>
        </w:rPr>
        <w:t>Magdalena</w:t>
      </w:r>
      <w:r>
        <w:t>:</w:t>
      </w:r>
      <w:r>
        <w:br/>
      </w:r>
      <w:r>
        <w:t>Well, at the moment I don’t think she’s ready for an interview yet. Well, I’ve got a damaged spinal cord. There’s a chance it might regenerate somehow. How do you feel when you hear the volunteer fire brigade’s siren?</w:t>
      </w:r>
    </w:p>
    <w:p>
      <w:pPr>
        <w:spacing w:after="200"/>
      </w:pPr>
      <w:r>
        <w:rPr>
          <w:b/>
        </w:rPr>
        <w:t>Magdalena</w:t>
      </w:r>
      <w:r>
        <w:t>:</w:t>
      </w:r>
      <w:r>
        <w:br/>
      </w:r>
      <w:r>
        <w:t>I don’t think it put me off… I think that if I were back on my feet, I’d probably still be going out on call-outs. [laughter] sound of a fire brigade walkie-talkie</w:t>
      </w:r>
    </w:p>
    <w:p>
      <w:pPr>
        <w:spacing w:after="200"/>
      </w:pPr>
      <w:r>
        <w:rPr>
          <w:b/>
        </w:rPr>
        <w:t>Firefighter</w:t>
      </w:r>
      <w:r>
        <w:t>:</w:t>
      </w:r>
      <w:r>
        <w:br/>
      </w:r>
      <w:r>
        <w:t>There’s a suicide attempt. Did you get what I said?</w:t>
      </w:r>
    </w:p>
    <w:p>
      <w:pPr>
        <w:spacing w:after="200"/>
      </w:pPr>
      <w:r>
        <w:rPr>
          <w:b/>
        </w:rPr>
        <w:t>Andrzej</w:t>
      </w:r>
      <w:r>
        <w:t>:</w:t>
      </w:r>
      <w:r>
        <w:br/>
      </w:r>
      <w:r>
        <w:t>Well, we’ll carry on with this shift here, won’t we?</w:t>
      </w:r>
    </w:p>
    <w:p>
      <w:pPr>
        <w:spacing w:after="200"/>
      </w:pPr>
      <w:r>
        <w:rPr>
          <w:b/>
        </w:rPr>
        <w:t>Tomek</w:t>
      </w:r>
      <w:r>
        <w:t>:</w:t>
      </w:r>
      <w:r>
        <w:br/>
      </w:r>
      <w:r>
        <w:t>We’ll go out. Always. For him, to commemorate his sacrifice.</w:t>
      </w:r>
    </w:p>
    <w:p>
      <w:pPr>
        <w:spacing w:after="200"/>
      </w:pPr>
      <w:r>
        <w:rPr>
          <w:b/>
        </w:rPr>
        <w:t>Magdalena</w:t>
      </w:r>
      <w:r>
        <w:t>:</w:t>
      </w:r>
      <w:r>
        <w:br/>
      </w:r>
      <w:r>
        <w:t>It all came back, really… that’s how I started thinking again… Then I dreamt about Andrzej and… well, the sleeping pill didn’t help… [smile] But it’s happened and – as they say – it can’t be undone. And we must also remember that Andrzej was – he was a good dad, a good husband, so I think that’s exactly what we mustn’t forget. sound from a mobile phone video</w:t>
      </w:r>
    </w:p>
    <w:p>
      <w:pPr>
        <w:spacing w:after="200"/>
      </w:pPr>
      <w:r>
        <w:rPr>
          <w:b/>
        </w:rPr>
        <w:t>Reporter</w:t>
      </w:r>
      <w:r>
        <w:t>:</w:t>
      </w:r>
      <w:r>
        <w:br/>
      </w:r>
      <w:r>
        <w:t>You have a light within you.</w:t>
      </w:r>
    </w:p>
    <w:p>
      <w:pPr>
        <w:spacing w:after="200"/>
      </w:pPr>
      <w:r>
        <w:rPr>
          <w:b/>
        </w:rPr>
        <w:t>Magdalena</w:t>
      </w:r>
      <w:r>
        <w:t>:</w:t>
      </w:r>
      <w:r>
        <w:br/>
      </w:r>
      <w:r>
        <w:t>Well, I think so. [smile]</w:t>
      </w:r>
    </w:p>
    <w:p>
      <w:pPr>
        <w:spacing w:after="200"/>
      </w:pPr>
      <w:r>
        <w:rPr>
          <w:b/>
        </w:rPr>
        <w:t>Reporter</w:t>
      </w:r>
      <w:r>
        <w:t>:</w:t>
      </w:r>
      <w:r>
        <w:br/>
      </w:r>
      <w:r>
        <w:t>May the force be with you!</w:t>
      </w:r>
    </w:p>
    <w:p>
      <w:pPr>
        <w:spacing w:after="200"/>
      </w:pPr>
      <w:r>
        <w:rPr>
          <w:b/>
        </w:rPr>
        <w:t>Oliwia</w:t>
      </w:r>
      <w:r>
        <w:t>:</w:t>
      </w:r>
      <w:r>
        <w:br/>
      </w:r>
      <w:r>
        <w:t>Thank you.</w:t>
      </w:r>
    </w:p>
    <w:p>
      <w:pPr>
        <w:spacing w:after="200"/>
      </w:pPr>
      <w:r>
        <w:rPr>
          <w:b/>
        </w:rPr>
        <w:t>Krystian</w:t>
      </w:r>
      <w:r>
        <w:t>:</w:t>
      </w:r>
      <w:r>
        <w:br/>
      </w:r>
      <w:r>
        <w:t>Thank you, dear sir! sound of a mobile phone recording/laughter from children and parents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